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0DDC1"/>
          <w:sz w:val="20"/>
        </w:rPr>
        <w:t>RETCON 2027  /  CONVINCE YOUR BOSS</w:t>
      </w:r>
    </w:p>
    <w:p>
      <w:r>
        <w:rPr>
          <w:b/>
          <w:sz w:val="42"/>
        </w:rPr>
        <w:t>ROI &amp; BUSINESS IMPACT</w:t>
      </w:r>
    </w:p>
    <w:p>
      <w:r>
        <w:rPr>
          <w:i/>
        </w:rPr>
        <w:t>Replace all [BRACKETED FIELDS] before sending.</w:t>
      </w:r>
    </w:p>
    <w:p>
      <w:pPr>
        <w:spacing w:after="220"/>
      </w:pPr>
      <w:r>
        <w:rPr>
          <w:sz w:val="21"/>
        </w:rPr>
        <w:t>Dear [MANAGER NAME],</w:t>
      </w:r>
    </w:p>
    <w:p>
      <w:pPr>
        <w:spacing w:after="220"/>
      </w:pPr>
      <w:r>
        <w:rPr>
          <w:sz w:val="21"/>
        </w:rPr>
        <w:t>I’m requesting approval to attend RETCON 2027, March 7–9 in Fort Lauderdale. I see this as an opportunity to identify practical improvements for [COMPANY NAME], not simply attend another conference.</w:t>
      </w:r>
    </w:p>
    <w:p>
      <w:pPr>
        <w:spacing w:after="220"/>
      </w:pPr>
      <w:r>
        <w:rPr>
          <w:sz w:val="21"/>
        </w:rPr>
        <w:t>RETCON brings together real estate owners, operators, investors, and technology leaders to explore AI, operational performance, data, and innovation. I plan to focus on [PRIORITY 1] and [PRIORITY 2], particularly sessions such as [SESSION 1] and [SESSION 2].</w:t>
      </w:r>
    </w:p>
    <w:p>
      <w:pPr>
        <w:spacing w:after="220"/>
      </w:pPr>
      <w:r>
        <w:rPr>
          <w:sz w:val="21"/>
        </w:rPr>
        <w:t>I’ll use the event to evaluate [NUMBER] relevant solutions, connect with [TYPE OF PARTNER/PEER], and identify at least [NUMBER] actionable recommendations for our business. Within 10 business days of returning, I’ll share a concise summary with potential benefits, implementation considerations, and next steps.</w:t>
      </w:r>
    </w:p>
    <w:p>
      <w:pPr>
        <w:spacing w:after="220"/>
      </w:pPr>
      <w:r>
        <w:rPr>
          <w:sz w:val="21"/>
        </w:rPr>
        <w:t>Estimated registration: $[AMOUNT] | Travel: $[AMOUNT] | Hotel: $[AMOUNT] | Other: $[AMOUNT] | TOTAL: $[TOTAL]</w:t>
      </w:r>
    </w:p>
    <w:p>
      <w:pPr>
        <w:spacing w:after="220"/>
      </w:pPr>
      <w:r>
        <w:rPr>
          <w:sz w:val="21"/>
        </w:rPr>
        <w:t>I’d appreciate your approval to attend and bring back insights that could help us improve [SPECIFIC BUSINESS OUTCOME].</w:t>
      </w:r>
    </w:p>
    <w:p>
      <w:pPr>
        <w:spacing w:after="220"/>
      </w:pPr>
      <w:r>
        <w:rPr>
          <w:sz w:val="21"/>
        </w:rPr>
        <w:t>Thank you,</w:t>
      </w:r>
    </w:p>
    <w:p>
      <w:pPr>
        <w:spacing w:after="220"/>
      </w:pPr>
      <w:r>
        <w:rPr>
          <w:sz w:val="21"/>
        </w:rPr>
        <w:t>[YOUR NAME]</w:t>
      </w:r>
    </w:p>
    <w:sectPr w:rsidR="00FC693F" w:rsidRPr="0006063C" w:rsidSect="00034616"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