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30DDC1"/>
          <w:sz w:val="20"/>
        </w:rPr>
        <w:t>RETCON 2027  /  CONVINCE YOUR BOSS</w:t>
      </w:r>
    </w:p>
    <w:p>
      <w:r>
        <w:rPr>
          <w:b/>
          <w:sz w:val="42"/>
        </w:rPr>
        <w:t>PROFESSIONAL DEVELOPMENT</w:t>
      </w:r>
    </w:p>
    <w:p>
      <w:r>
        <w:rPr>
          <w:i/>
        </w:rPr>
        <w:t>Replace all [BRACKETED FIELDS] before sending.</w:t>
      </w:r>
    </w:p>
    <w:p>
      <w:pPr>
        <w:spacing w:after="220"/>
      </w:pPr>
      <w:r>
        <w:rPr>
          <w:sz w:val="21"/>
        </w:rPr>
        <w:t>Dear [MANAGER NAME],</w:t>
      </w:r>
    </w:p>
    <w:p>
      <w:pPr>
        <w:spacing w:after="220"/>
      </w:pPr>
      <w:r>
        <w:rPr>
          <w:sz w:val="21"/>
        </w:rPr>
        <w:t>I’d like to request approval to attend RETCON 2027, March 7–9 in Fort Lauderdale, as part of my professional development in [ROLE/FOCUS AREA].</w:t>
      </w:r>
    </w:p>
    <w:p>
      <w:pPr>
        <w:spacing w:after="220"/>
      </w:pPr>
      <w:r>
        <w:rPr>
          <w:sz w:val="21"/>
        </w:rPr>
        <w:t>RETCON offers opportunities to learn directly from real estate and technology leaders working through challenges in AI adoption, property operations, data, and organizational change. I’ve identified [SESSION 1], [SESSION 2], and [SESSION 3] as especially relevant to my growth goals and current responsibilities.</w:t>
      </w:r>
    </w:p>
    <w:p>
      <w:pPr>
        <w:spacing w:after="220"/>
      </w:pPr>
      <w:r>
        <w:rPr>
          <w:sz w:val="21"/>
        </w:rPr>
        <w:t>I’ll use what I learn to strengthen my skills in [SKILL/RESPONSIBILITY], then share key takeaways with the team and recommend two practical ideas we can test or apply. I’ll coordinate work coverage before traveling.</w:t>
      </w:r>
    </w:p>
    <w:p>
      <w:pPr>
        <w:spacing w:after="220"/>
      </w:pPr>
      <w:r>
        <w:rPr>
          <w:sz w:val="21"/>
        </w:rPr>
        <w:t>Estimated registration: $[AMOUNT] | Travel: $[AMOUNT] | Hotel: $[AMOUNT] | Other: $[AMOUNT] | TOTAL: $[TOTAL]</w:t>
      </w:r>
    </w:p>
    <w:p>
      <w:pPr>
        <w:spacing w:after="220"/>
      </w:pPr>
      <w:r>
        <w:rPr>
          <w:sz w:val="21"/>
        </w:rPr>
        <w:t>I believe this investment will help me contribute more effectively to [COMPANY NAME] and would appreciate your approval.</w:t>
      </w:r>
    </w:p>
    <w:p>
      <w:pPr>
        <w:spacing w:after="220"/>
      </w:pPr>
      <w:r>
        <w:rPr>
          <w:sz w:val="21"/>
        </w:rPr>
        <w:t>Thank you,</w:t>
      </w:r>
    </w:p>
    <w:p>
      <w:pPr>
        <w:spacing w:after="220"/>
      </w:pPr>
      <w:r>
        <w:rPr>
          <w:sz w:val="21"/>
        </w:rPr>
        <w:t>[YOUR NAME]</w:t>
      </w:r>
    </w:p>
    <w:sectPr w:rsidR="00FC693F" w:rsidRPr="0006063C" w:rsidSect="00034616">
      <w:pgSz w:w="12240" w:h="15840"/>
      <w:pgMar w:top="1152" w:right="1800" w:bottom="1008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